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Yapay Zekâ Eğitim İhtiyaç Analizi Anketi</w:t>
      </w:r>
    </w:p>
    <w:p>
      <w:r>
        <w:rPr>
          <w:b w:val="0"/>
        </w:rPr>
        <w:t>[Kurum Adı] · Tahmini süre: 10–15 dakika</w:t>
      </w:r>
    </w:p>
    <w:p>
      <w:r>
        <w:rPr>
          <w:b w:val="0"/>
        </w:rPr>
        <w:t>Bu anket, [Kurum Adı] çalışanlarına sunulacak yapay zekâ eğitimlerini ihtiyaçlara göre tasarlamak için hazırlanmıştır. Bir sınav değildir; doğru veya yanlış cevap yoktur. Cevaplarınız anonim olarak değerlendirilecektir.</w:t>
      </w:r>
    </w:p>
    <w:p>
      <w:pPr>
        <w:pStyle w:val="Heading1"/>
      </w:pPr>
      <w:r>
        <w:t>A. Rolünüz</w:t>
      </w:r>
    </w:p>
    <w:p>
      <w:r>
        <w:rPr>
          <w:b/>
        </w:rPr>
        <w:t>A1. Hangi birimde çalışıyorsunuz?</w:t>
      </w:r>
    </w:p>
    <w:p>
      <w:pPr>
        <w:spacing w:after="40"/>
        <w:ind w:left="340"/>
      </w:pPr>
      <w:r>
        <w:rPr>
          <w:b w:val="0"/>
        </w:rPr>
        <w:t>☐  [Birim 1]</w:t>
      </w:r>
    </w:p>
    <w:p>
      <w:pPr>
        <w:spacing w:after="40"/>
        <w:ind w:left="340"/>
      </w:pPr>
      <w:r>
        <w:rPr>
          <w:b w:val="0"/>
        </w:rPr>
        <w:t>☐  [Birim 2]</w:t>
      </w:r>
    </w:p>
    <w:p>
      <w:pPr>
        <w:spacing w:after="40"/>
        <w:ind w:left="340"/>
      </w:pPr>
      <w:r>
        <w:rPr>
          <w:b w:val="0"/>
        </w:rPr>
        <w:t>☐  [Birim 3]</w:t>
      </w:r>
    </w:p>
    <w:p>
      <w:pPr>
        <w:spacing w:after="40"/>
        <w:ind w:left="340"/>
      </w:pPr>
      <w:r>
        <w:rPr>
          <w:b w:val="0"/>
        </w:rPr>
        <w:t>☐  Diğer: ____________</w:t>
      </w:r>
    </w:p>
    <w:p>
      <w:r>
        <w:rPr>
          <w:b/>
        </w:rPr>
        <w:t>A2. Rol düzeyiniz nedir?</w:t>
      </w:r>
    </w:p>
    <w:p>
      <w:pPr>
        <w:spacing w:after="40"/>
        <w:ind w:left="340"/>
      </w:pPr>
      <w:r>
        <w:rPr>
          <w:b w:val="0"/>
        </w:rPr>
        <w:t>☐  Üst yönetim</w:t>
      </w:r>
    </w:p>
    <w:p>
      <w:pPr>
        <w:spacing w:after="40"/>
        <w:ind w:left="340"/>
      </w:pPr>
      <w:r>
        <w:rPr>
          <w:b w:val="0"/>
        </w:rPr>
        <w:t>☐  Orta kademe yönetici</w:t>
      </w:r>
    </w:p>
    <w:p>
      <w:pPr>
        <w:spacing w:after="40"/>
        <w:ind w:left="340"/>
      </w:pPr>
      <w:r>
        <w:rPr>
          <w:b w:val="0"/>
        </w:rPr>
        <w:t>☐  Uzman / çalışan</w:t>
      </w:r>
    </w:p>
    <w:p>
      <w:pPr>
        <w:spacing w:after="40"/>
        <w:ind w:left="340"/>
      </w:pPr>
      <w:r>
        <w:rPr>
          <w:b w:val="0"/>
        </w:rPr>
        <w:t>☐  Teknik ekip (yazılım, veri, altyapı)</w:t>
      </w:r>
    </w:p>
    <w:p>
      <w:pPr>
        <w:pStyle w:val="Heading1"/>
      </w:pPr>
      <w:r>
        <w:t>B. Mevcut kullanım</w:t>
      </w:r>
    </w:p>
    <w:p>
      <w:r>
        <w:rPr>
          <w:b/>
        </w:rPr>
        <w:t>B1. İş için yapay zekâ araçlarını (ChatGPT, Copilot, Gemini, Claude vb.) ne sıklıkla kullanıyorsunuz?</w:t>
      </w:r>
    </w:p>
    <w:p>
      <w:pPr>
        <w:spacing w:after="40"/>
        <w:ind w:left="340"/>
      </w:pPr>
      <w:r>
        <w:rPr>
          <w:b w:val="0"/>
        </w:rPr>
        <w:t>☐  Hiç kullanmadım</w:t>
      </w:r>
    </w:p>
    <w:p>
      <w:pPr>
        <w:spacing w:after="40"/>
        <w:ind w:left="340"/>
      </w:pPr>
      <w:r>
        <w:rPr>
          <w:b w:val="0"/>
        </w:rPr>
        <w:t>☐  Birkaç kez denedim</w:t>
      </w:r>
    </w:p>
    <w:p>
      <w:pPr>
        <w:spacing w:after="40"/>
        <w:ind w:left="340"/>
      </w:pPr>
      <w:r>
        <w:rPr>
          <w:b w:val="0"/>
        </w:rPr>
        <w:t>☐  Haftada birkaç kez</w:t>
      </w:r>
    </w:p>
    <w:p>
      <w:pPr>
        <w:spacing w:after="40"/>
        <w:ind w:left="340"/>
      </w:pPr>
      <w:r>
        <w:rPr>
          <w:b w:val="0"/>
        </w:rPr>
        <w:t>☐  Her gün</w:t>
      </w:r>
    </w:p>
    <w:p>
      <w:r>
        <w:rPr>
          <w:b/>
        </w:rPr>
        <w:t>B2. Bu araçları hangi hesapla kullanıyorsunuz?</w:t>
      </w:r>
      <w:r>
        <w:rPr>
          <w:b w:val="0"/>
        </w:rPr>
        <w:t xml:space="preserve"> (Birden fazla seçebilirsiniz)</w:t>
      </w:r>
    </w:p>
    <w:p>
      <w:pPr>
        <w:spacing w:after="40"/>
        <w:ind w:left="340"/>
      </w:pPr>
      <w:r>
        <w:rPr>
          <w:b w:val="0"/>
        </w:rPr>
        <w:t>☐  Kurumun sağladığı hesap veya araç</w:t>
      </w:r>
    </w:p>
    <w:p>
      <w:pPr>
        <w:spacing w:after="40"/>
        <w:ind w:left="340"/>
      </w:pPr>
      <w:r>
        <w:rPr>
          <w:b w:val="0"/>
        </w:rPr>
        <w:t>☐  Kişisel ücretsiz hesap</w:t>
      </w:r>
    </w:p>
    <w:p>
      <w:pPr>
        <w:spacing w:after="40"/>
        <w:ind w:left="340"/>
      </w:pPr>
      <w:r>
        <w:rPr>
          <w:b w:val="0"/>
        </w:rPr>
        <w:t>☐  Kişisel ücretli hesap</w:t>
      </w:r>
    </w:p>
    <w:p>
      <w:pPr>
        <w:spacing w:after="40"/>
        <w:ind w:left="340"/>
      </w:pPr>
      <w:r>
        <w:rPr>
          <w:b w:val="0"/>
        </w:rPr>
        <w:t>☐  Kullanmıyorum</w:t>
      </w:r>
    </w:p>
    <w:p>
      <w:r>
        <w:rPr>
          <w:b/>
        </w:rPr>
        <w:t>B3. Yapay zekâyı hangi işlerde kullanıyorsunuz?</w:t>
      </w:r>
      <w:r>
        <w:rPr>
          <w:b w:val="0"/>
        </w:rPr>
        <w:t xml:space="preserve"> (Birden fazla seçebilirsiniz)</w:t>
      </w:r>
    </w:p>
    <w:p>
      <w:pPr>
        <w:spacing w:after="40"/>
        <w:ind w:left="340"/>
      </w:pPr>
      <w:r>
        <w:rPr>
          <w:b w:val="0"/>
        </w:rPr>
        <w:t>☐  E-posta ve yazışma taslağı</w:t>
      </w:r>
    </w:p>
    <w:p>
      <w:pPr>
        <w:spacing w:after="40"/>
        <w:ind w:left="340"/>
      </w:pPr>
      <w:r>
        <w:rPr>
          <w:b w:val="0"/>
        </w:rPr>
        <w:t>☐  Doküman veya toplantı notu özetleme</w:t>
      </w:r>
    </w:p>
    <w:p>
      <w:pPr>
        <w:spacing w:after="40"/>
        <w:ind w:left="340"/>
      </w:pPr>
      <w:r>
        <w:rPr>
          <w:b w:val="0"/>
        </w:rPr>
        <w:t>☐  Rapor, sunum veya içerik hazırlama</w:t>
      </w:r>
    </w:p>
    <w:p>
      <w:pPr>
        <w:spacing w:after="40"/>
        <w:ind w:left="340"/>
      </w:pPr>
      <w:r>
        <w:rPr>
          <w:b w:val="0"/>
        </w:rPr>
        <w:t>☐  Veri analizi ve tablo işlemleri</w:t>
      </w:r>
    </w:p>
    <w:p>
      <w:pPr>
        <w:spacing w:after="40"/>
        <w:ind w:left="340"/>
      </w:pPr>
      <w:r>
        <w:rPr>
          <w:b w:val="0"/>
        </w:rPr>
        <w:t>☐  Çeviri</w:t>
      </w:r>
    </w:p>
    <w:p>
      <w:pPr>
        <w:spacing w:after="40"/>
        <w:ind w:left="340"/>
      </w:pPr>
      <w:r>
        <w:rPr>
          <w:b w:val="0"/>
        </w:rPr>
        <w:t>☐  Araştırma ve bilgi arama</w:t>
      </w:r>
    </w:p>
    <w:p>
      <w:pPr>
        <w:spacing w:after="40"/>
        <w:ind w:left="340"/>
      </w:pPr>
      <w:r>
        <w:rPr>
          <w:b w:val="0"/>
        </w:rPr>
        <w:t>☐  Kod yazma veya inceleme</w:t>
      </w:r>
    </w:p>
    <w:p>
      <w:pPr>
        <w:spacing w:after="40"/>
        <w:ind w:left="340"/>
      </w:pPr>
      <w:r>
        <w:rPr>
          <w:b w:val="0"/>
        </w:rPr>
        <w:t>☐  Kullanmıyorum</w:t>
      </w:r>
    </w:p>
    <w:p>
      <w:pPr>
        <w:spacing w:after="40"/>
        <w:ind w:left="340"/>
      </w:pPr>
      <w:r>
        <w:rPr>
          <w:b w:val="0"/>
        </w:rPr>
        <w:t>☐  Diğer: ____________</w:t>
      </w:r>
    </w:p>
    <w:p>
      <w:pPr>
        <w:pStyle w:val="Heading1"/>
      </w:pPr>
      <w:r>
        <w:t>C. Bilgi ve beceri</w:t>
      </w:r>
    </w:p>
    <w:p>
      <w:r>
        <w:rPr>
          <w:b w:val="0"/>
        </w:rPr>
        <w:t>Her soruda size en uygun ifadeyi seçin.</w:t>
      </w:r>
    </w:p>
    <w:p>
      <w:r>
        <w:rPr>
          <w:b/>
        </w:rPr>
        <w:t>C1. Yapay zekâya talimat (prompt) yazarken genellikle ne yaparsınız?</w:t>
      </w:r>
    </w:p>
    <w:p>
      <w:pPr>
        <w:spacing w:after="40"/>
        <w:ind w:left="340"/>
      </w:pPr>
      <w:r>
        <w:rPr>
          <w:b w:val="0"/>
        </w:rPr>
        <w:t>☐  Henüz denemedim</w:t>
      </w:r>
    </w:p>
    <w:p>
      <w:pPr>
        <w:spacing w:after="40"/>
        <w:ind w:left="340"/>
      </w:pPr>
      <w:r>
        <w:rPr>
          <w:b w:val="0"/>
        </w:rPr>
        <w:t>☐  Kısa bir soru yazarım, sonuç beklediğim gibi değilse vazgeçerim</w:t>
      </w:r>
    </w:p>
    <w:p>
      <w:pPr>
        <w:spacing w:after="40"/>
        <w:ind w:left="340"/>
      </w:pPr>
      <w:r>
        <w:rPr>
          <w:b w:val="0"/>
        </w:rPr>
        <w:t>☐  Bağlam ve istediğim formatı belirtir, cevabı geri bildirimle iyileştiririm</w:t>
      </w:r>
    </w:p>
    <w:p>
      <w:pPr>
        <w:spacing w:after="40"/>
        <w:ind w:left="340"/>
      </w:pPr>
      <w:r>
        <w:rPr>
          <w:b w:val="0"/>
        </w:rPr>
        <w:t>☐  Rol, bağlam, örnek ve sınırlar içeren yapılandırılmış talimatlar yazar, iyi çalışanları ekibimle paylaşırım</w:t>
      </w:r>
    </w:p>
    <w:p>
      <w:r>
        <w:rPr>
          <w:b/>
        </w:rPr>
        <w:t>C2. Yapay zekânın verdiği bir bilgiyi veya rakamı bir rapora koymadan önce ne yaparsınız?</w:t>
      </w:r>
    </w:p>
    <w:p>
      <w:pPr>
        <w:spacing w:after="40"/>
        <w:ind w:left="340"/>
      </w:pPr>
      <w:r>
        <w:rPr>
          <w:b w:val="0"/>
        </w:rPr>
        <w:t>☐  Yapay zekâ çıktısını iş için kullanmıyorum</w:t>
      </w:r>
    </w:p>
    <w:p>
      <w:pPr>
        <w:spacing w:after="40"/>
        <w:ind w:left="340"/>
      </w:pPr>
      <w:r>
        <w:rPr>
          <w:b w:val="0"/>
        </w:rPr>
        <w:t>☐  Genellikle olduğu gibi kullanırım</w:t>
      </w:r>
    </w:p>
    <w:p>
      <w:pPr>
        <w:spacing w:after="40"/>
        <w:ind w:left="340"/>
      </w:pPr>
      <w:r>
        <w:rPr>
          <w:b w:val="0"/>
        </w:rPr>
        <w:t>☐  Bana mantıksız gelen kısımları kontrol ederim</w:t>
      </w:r>
    </w:p>
    <w:p>
      <w:pPr>
        <w:spacing w:after="40"/>
        <w:ind w:left="340"/>
      </w:pPr>
      <w:r>
        <w:rPr>
          <w:b w:val="0"/>
        </w:rPr>
        <w:t>☐  Rakam, isim, tarih ve kaynakları her zaman birincil kaynaktan doğrularım</w:t>
      </w:r>
    </w:p>
    <w:p>
      <w:r>
        <w:rPr>
          <w:b/>
        </w:rPr>
        <w:t>C3. Yapay zekânın işinizde nerede işe yarayıp nerede yaramayacağını ne kadar değerlendirebiliyorsunuz?</w:t>
      </w:r>
    </w:p>
    <w:p>
      <w:pPr>
        <w:spacing w:after="40"/>
        <w:ind w:left="340"/>
      </w:pPr>
      <w:r>
        <w:rPr>
          <w:b w:val="0"/>
        </w:rPr>
        <w:t>☐  Hiç fikrim yok</w:t>
      </w:r>
    </w:p>
    <w:p>
      <w:pPr>
        <w:spacing w:after="40"/>
        <w:ind w:left="340"/>
      </w:pPr>
      <w:r>
        <w:rPr>
          <w:b w:val="0"/>
        </w:rPr>
        <w:t>☐  Genel olarak ne yapabildiğini duydum ama kendi işime uygulayamıyorum</w:t>
      </w:r>
    </w:p>
    <w:p>
      <w:pPr>
        <w:spacing w:after="40"/>
        <w:ind w:left="340"/>
      </w:pPr>
      <w:r>
        <w:rPr>
          <w:b w:val="0"/>
        </w:rPr>
        <w:t>☐  Birkaç işimde nasıl kullanacağımı biliyorum</w:t>
      </w:r>
    </w:p>
    <w:p>
      <w:pPr>
        <w:spacing w:after="40"/>
        <w:ind w:left="340"/>
      </w:pPr>
      <w:r>
        <w:rPr>
          <w:b w:val="0"/>
        </w:rPr>
        <w:t>☐  Ekibimin süreçlerinde yapay zekâ ile iyileştirilebilecek işleri belirleyip önerebilirim</w:t>
      </w:r>
    </w:p>
    <w:p>
      <w:r>
        <w:rPr>
          <w:b/>
        </w:rPr>
        <w:t>C4. Yapay zekânın ürettiği yanlış ama ikna edici bilgiler (halüsinasyon) hakkında ne biliyorsunuz?</w:t>
      </w:r>
    </w:p>
    <w:p>
      <w:pPr>
        <w:spacing w:after="40"/>
        <w:ind w:left="340"/>
      </w:pPr>
      <w:r>
        <w:rPr>
          <w:b w:val="0"/>
        </w:rPr>
        <w:t>☐  Bu kavramı ilk kez duyuyorum</w:t>
      </w:r>
    </w:p>
    <w:p>
      <w:pPr>
        <w:spacing w:after="40"/>
        <w:ind w:left="340"/>
      </w:pPr>
      <w:r>
        <w:rPr>
          <w:b w:val="0"/>
        </w:rPr>
        <w:t>☐  Duydum ama nasıl ortaya çıktığını bilmiyorum</w:t>
      </w:r>
    </w:p>
    <w:p>
      <w:pPr>
        <w:spacing w:after="40"/>
        <w:ind w:left="340"/>
      </w:pPr>
      <w:r>
        <w:rPr>
          <w:b w:val="0"/>
        </w:rPr>
        <w:t>☐  Neden olduğunu biliyor ve buna göre dikkatli kullanıyorum</w:t>
      </w:r>
    </w:p>
    <w:p>
      <w:pPr>
        <w:spacing w:after="40"/>
        <w:ind w:left="340"/>
      </w:pPr>
      <w:r>
        <w:rPr>
          <w:b w:val="0"/>
        </w:rPr>
        <w:t>☐  Riski azaltan yöntemleri (kaynak isteme, doğrulama, kurum dokümanlarına dayandırma) uygulayabiliyorum</w:t>
      </w:r>
    </w:p>
    <w:p>
      <w:pPr>
        <w:pStyle w:val="Heading1"/>
      </w:pPr>
      <w:r>
        <w:t>D. Risk farkındalığı</w:t>
      </w:r>
    </w:p>
    <w:p>
      <w:r>
        <w:rPr>
          <w:b/>
        </w:rPr>
        <w:t>D1. Bir müşteri şikâyet e-postasını yapay zekâ ile özetletmek istiyorsunuz. E-postada müşterinin adı, telefonu ve hesap numarası var. Ne yaparsınız?</w:t>
      </w:r>
    </w:p>
    <w:p>
      <w:pPr>
        <w:spacing w:after="40"/>
        <w:ind w:left="340"/>
      </w:pPr>
      <w:r>
        <w:rPr>
          <w:b w:val="0"/>
        </w:rPr>
        <w:t>☐  E-postayı olduğu gibi kişisel hesabımdaki yapay zekâ aracına yapıştırırım</w:t>
      </w:r>
    </w:p>
    <w:p>
      <w:pPr>
        <w:spacing w:after="40"/>
        <w:ind w:left="340"/>
      </w:pPr>
      <w:r>
        <w:rPr>
          <w:b w:val="0"/>
        </w:rPr>
        <w:t>☐  Kişisel bilgileri çıkarıp kişisel hesabımdaki araca yapıştırırım</w:t>
      </w:r>
    </w:p>
    <w:p>
      <w:pPr>
        <w:spacing w:after="40"/>
        <w:ind w:left="340"/>
      </w:pPr>
      <w:r>
        <w:rPr>
          <w:b w:val="0"/>
        </w:rPr>
        <w:t>☐  Yalnızca kurumun onayladığı araçta ve kurallara uygun şekilde kullanırım</w:t>
      </w:r>
    </w:p>
    <w:p>
      <w:pPr>
        <w:spacing w:after="40"/>
        <w:ind w:left="340"/>
      </w:pPr>
      <w:r>
        <w:rPr>
          <w:b w:val="0"/>
        </w:rPr>
        <w:t>☐  Ne yapmam gerektiğinden emin değilim</w:t>
      </w:r>
    </w:p>
    <w:p>
      <w:r>
        <w:rPr>
          <w:b/>
        </w:rPr>
        <w:t>D2. Kurumumuzda yapay zekâ araçlarının kullanımıyla ilgili kurallar hakkında ne biliyorsunuz?</w:t>
      </w:r>
    </w:p>
    <w:p>
      <w:pPr>
        <w:spacing w:after="40"/>
        <w:ind w:left="340"/>
      </w:pPr>
      <w:r>
        <w:rPr>
          <w:b w:val="0"/>
        </w:rPr>
        <w:t>☐  Böyle kurallar olduğunu bilmiyorum</w:t>
      </w:r>
    </w:p>
    <w:p>
      <w:pPr>
        <w:spacing w:after="40"/>
        <w:ind w:left="340"/>
      </w:pPr>
      <w:r>
        <w:rPr>
          <w:b w:val="0"/>
        </w:rPr>
        <w:t>☐  Kurallar olduğunu biliyorum ama içeriğini bilmiyorum</w:t>
      </w:r>
    </w:p>
    <w:p>
      <w:pPr>
        <w:spacing w:after="40"/>
        <w:ind w:left="340"/>
      </w:pPr>
      <w:r>
        <w:rPr>
          <w:b w:val="0"/>
        </w:rPr>
        <w:t>☐  Kuralları biliyorum ve uyguluyorum</w:t>
      </w:r>
    </w:p>
    <w:p>
      <w:pPr>
        <w:spacing w:after="40"/>
        <w:ind w:left="340"/>
      </w:pPr>
      <w:r>
        <w:rPr>
          <w:b w:val="0"/>
        </w:rPr>
        <w:t>☐  Kurumumuzda henüz bu konuda kural yok</w:t>
      </w:r>
    </w:p>
    <w:p>
      <w:r>
        <w:rPr>
          <w:b/>
        </w:rPr>
        <w:t>D3. Hangi bilgilerin yapay zekâ araçlarına girilmemesi gerektiğini ne kadar net biliyorsunuz?</w:t>
      </w:r>
    </w:p>
    <w:p>
      <w:pPr>
        <w:spacing w:after="40"/>
        <w:ind w:left="340"/>
      </w:pPr>
      <w:r>
        <w:rPr>
          <w:b w:val="0"/>
        </w:rPr>
        <w:t>☐  Hiç düşünmedim</w:t>
      </w:r>
    </w:p>
    <w:p>
      <w:pPr>
        <w:spacing w:after="40"/>
        <w:ind w:left="340"/>
      </w:pPr>
      <w:r>
        <w:rPr>
          <w:b w:val="0"/>
        </w:rPr>
        <w:t>☐  Kabaca biliyorum ama emin değilim</w:t>
      </w:r>
    </w:p>
    <w:p>
      <w:pPr>
        <w:spacing w:after="40"/>
        <w:ind w:left="340"/>
      </w:pPr>
      <w:r>
        <w:rPr>
          <w:b w:val="0"/>
        </w:rPr>
        <w:t>☐  Kişisel ve gizli verilerin onaysız araçlara girilmemesi gerektiğini biliyorum</w:t>
      </w:r>
    </w:p>
    <w:p>
      <w:pPr>
        <w:spacing w:after="40"/>
        <w:ind w:left="340"/>
      </w:pPr>
      <w:r>
        <w:rPr>
          <w:b w:val="0"/>
        </w:rPr>
        <w:t>☐  Hangi veri sınıfının hangi araca girilebileceğini biliyor ve ekibime anlatabilirim</w:t>
      </w:r>
    </w:p>
    <w:p>
      <w:pPr>
        <w:pStyle w:val="Heading1"/>
      </w:pPr>
      <w:r>
        <w:t>E. İhtiyaç ve tercihler</w:t>
      </w:r>
    </w:p>
    <w:p>
      <w:r>
        <w:rPr>
          <w:b/>
        </w:rPr>
        <w:t>E1. Hangi konularda eğitim almak istersiniz?</w:t>
      </w:r>
      <w:r>
        <w:rPr>
          <w:b w:val="0"/>
        </w:rPr>
        <w:t xml:space="preserve"> (En fazla 3 seçin)</w:t>
      </w:r>
    </w:p>
    <w:p>
      <w:pPr>
        <w:spacing w:after="40"/>
        <w:ind w:left="340"/>
      </w:pPr>
      <w:r>
        <w:rPr>
          <w:b w:val="0"/>
        </w:rPr>
        <w:t>☐  Yapay zekânın temel kavramları ve sınırları</w:t>
      </w:r>
    </w:p>
    <w:p>
      <w:pPr>
        <w:spacing w:after="40"/>
        <w:ind w:left="340"/>
      </w:pPr>
      <w:r>
        <w:rPr>
          <w:b w:val="0"/>
        </w:rPr>
        <w:t>☐  Üretken yapay zekâyı güvenli kullanma (KVKK, gizli veri)</w:t>
      </w:r>
    </w:p>
    <w:p>
      <w:pPr>
        <w:spacing w:after="40"/>
        <w:ind w:left="340"/>
      </w:pPr>
      <w:r>
        <w:rPr>
          <w:b w:val="0"/>
        </w:rPr>
        <w:t>☐  İşime özel prompt yazma ve verimlilik</w:t>
      </w:r>
    </w:p>
    <w:p>
      <w:pPr>
        <w:spacing w:after="40"/>
        <w:ind w:left="340"/>
      </w:pPr>
      <w:r>
        <w:rPr>
          <w:b w:val="0"/>
        </w:rPr>
        <w:t>☐  Yapay zekâ ile veri analizi ve raporlama</w:t>
      </w:r>
    </w:p>
    <w:p>
      <w:pPr>
        <w:spacing w:after="40"/>
        <w:ind w:left="340"/>
      </w:pPr>
      <w:r>
        <w:rPr>
          <w:b w:val="0"/>
        </w:rPr>
        <w:t>☐  Yapay zekâ ajanları ve süreç otomasyonu</w:t>
      </w:r>
    </w:p>
    <w:p>
      <w:pPr>
        <w:spacing w:after="40"/>
        <w:ind w:left="340"/>
      </w:pPr>
      <w:r>
        <w:rPr>
          <w:b w:val="0"/>
        </w:rPr>
        <w:t>☐  Yapay zekâ stratejisi ve kullanım senaryosu belirleme (yöneticiler için)</w:t>
      </w:r>
    </w:p>
    <w:p>
      <w:pPr>
        <w:spacing w:after="40"/>
        <w:ind w:left="340"/>
      </w:pPr>
      <w:r>
        <w:rPr>
          <w:b w:val="0"/>
        </w:rPr>
        <w:t>☐  Regülasyon ve sorumlu yapay zekâ</w:t>
      </w:r>
    </w:p>
    <w:p>
      <w:pPr>
        <w:spacing w:after="40"/>
        <w:ind w:left="340"/>
      </w:pPr>
      <w:r>
        <w:rPr>
          <w:b w:val="0"/>
        </w:rPr>
        <w:t>☐  Teknik konular (veri bilimi, LLM uygulamaları, MLOps)</w:t>
      </w:r>
    </w:p>
    <w:p>
      <w:r>
        <w:rPr>
          <w:b/>
        </w:rPr>
        <w:t>E2. Hangi eğitim formatını tercih edersiniz?</w:t>
      </w:r>
    </w:p>
    <w:p>
      <w:pPr>
        <w:spacing w:after="40"/>
        <w:ind w:left="340"/>
      </w:pPr>
      <w:r>
        <w:rPr>
          <w:b w:val="0"/>
        </w:rPr>
        <w:t>☐  Yüz yüze</w:t>
      </w:r>
    </w:p>
    <w:p>
      <w:pPr>
        <w:spacing w:after="40"/>
        <w:ind w:left="340"/>
      </w:pPr>
      <w:r>
        <w:rPr>
          <w:b w:val="0"/>
        </w:rPr>
        <w:t>☐  Çevrim içi canlı</w:t>
      </w:r>
    </w:p>
    <w:p>
      <w:pPr>
        <w:spacing w:after="40"/>
        <w:ind w:left="340"/>
      </w:pPr>
      <w:r>
        <w:rPr>
          <w:b w:val="0"/>
        </w:rPr>
        <w:t>☐  Karma (yüz yüze ve çevrim içi)</w:t>
      </w:r>
    </w:p>
    <w:p>
      <w:pPr>
        <w:spacing w:after="40"/>
        <w:ind w:left="340"/>
      </w:pPr>
      <w:r>
        <w:rPr>
          <w:b w:val="0"/>
        </w:rPr>
        <w:t>☐  Fark etmez</w:t>
      </w:r>
    </w:p>
    <w:p>
      <w:r>
        <w:rPr>
          <w:b/>
        </w:rPr>
        <w:t>E3. Bir eğitim için ayırabileceğiniz süre nedir?</w:t>
      </w:r>
    </w:p>
    <w:p>
      <w:pPr>
        <w:spacing w:after="40"/>
        <w:ind w:left="340"/>
      </w:pPr>
      <w:r>
        <w:rPr>
          <w:b w:val="0"/>
        </w:rPr>
        <w:t>☐  2–3 saatlik tek oturum</w:t>
      </w:r>
    </w:p>
    <w:p>
      <w:pPr>
        <w:spacing w:after="40"/>
        <w:ind w:left="340"/>
      </w:pPr>
      <w:r>
        <w:rPr>
          <w:b w:val="0"/>
        </w:rPr>
        <w:t>☐  Yarım gün</w:t>
      </w:r>
    </w:p>
    <w:p>
      <w:pPr>
        <w:spacing w:after="40"/>
        <w:ind w:left="340"/>
      </w:pPr>
      <w:r>
        <w:rPr>
          <w:b w:val="0"/>
        </w:rPr>
        <w:t>☐  1 gün</w:t>
      </w:r>
    </w:p>
    <w:p>
      <w:pPr>
        <w:spacing w:after="40"/>
        <w:ind w:left="340"/>
      </w:pPr>
      <w:r>
        <w:rPr>
          <w:b w:val="0"/>
        </w:rPr>
        <w:t>☐  Birkaç haftaya yayılmış kısa oturumlar</w:t>
      </w:r>
    </w:p>
    <w:p>
      <w:r>
        <w:rPr>
          <w:b/>
        </w:rPr>
        <w:t>E4. Yapay zekâ ile kolaylaşmasını en çok istediğiniz iş nedir?</w:t>
      </w:r>
    </w:p>
    <w:p>
      <w:r>
        <w:rPr>
          <w:b w:val="0"/>
        </w:rPr>
        <w:t>____________________________________________</w:t>
      </w:r>
    </w:p>
    <w:p>
      <w:r>
        <w:rPr>
          <w:b/>
        </w:rPr>
        <w:t>E5. Eklemek istediğiniz başka bir şey var mı?</w:t>
      </w:r>
    </w:p>
    <w:p>
      <w:r>
        <w:rPr>
          <w:b w:val="0"/>
        </w:rPr>
        <w:t>____________________________________________</w:t>
      </w:r>
    </w:p>
    <w:p>
      <w:r>
        <w:rPr>
          <w:b w:val="0"/>
        </w:rPr>
        <w:t>Katılımınız için teşekkür ederiz.</w:t>
      </w:r>
    </w:p>
    <w:sectPr w:rsidR="00FC693F" w:rsidRPr="0006063C" w:rsidSect="00034616">
      <w:footerReference w:type="default" r:id="rId9"/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A8C"/>
        <w:sz w:val="16"/>
      </w:rPr>
      <w:t>MLTeam · mlinfrasdteam.com · Ücretsiz şablon, kurumunuza uyarlayarak kullanabilirsiniz.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Yapay Zekâ Eğitim İhtiyaç Analizi Anketi</dc:title>
  <dc:subject/>
  <dc:creator>MLTeam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