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Training Needs Analysis Survey</w:t>
      </w:r>
    </w:p>
    <w:p>
      <w:r>
        <w:rPr>
          <w:b w:val="0"/>
        </w:rPr>
        <w:t>[Organisation Name] · Estimated time: 10–15 minutes</w:t>
      </w:r>
    </w:p>
    <w:p>
      <w:r>
        <w:rPr>
          <w:b w:val="0"/>
        </w:rPr>
        <w:t>This survey has been prepared to design the AI training offered to [Organisation Name] employees around real needs. It is not a test, and there are no right or wrong answers. Your answers will be evaluated anonymously.</w:t>
      </w:r>
    </w:p>
    <w:p>
      <w:pPr>
        <w:pStyle w:val="Heading1"/>
      </w:pPr>
      <w:r>
        <w:t>A. Your role</w:t>
      </w:r>
    </w:p>
    <w:p>
      <w:r>
        <w:rPr>
          <w:b/>
        </w:rPr>
        <w:t>A1. Which unit do you work in?</w:t>
      </w:r>
    </w:p>
    <w:p>
      <w:pPr>
        <w:spacing w:after="40"/>
        <w:ind w:left="340"/>
      </w:pPr>
      <w:r>
        <w:rPr>
          <w:b w:val="0"/>
        </w:rPr>
        <w:t>☐  [Unit 1]</w:t>
      </w:r>
    </w:p>
    <w:p>
      <w:pPr>
        <w:spacing w:after="40"/>
        <w:ind w:left="340"/>
      </w:pPr>
      <w:r>
        <w:rPr>
          <w:b w:val="0"/>
        </w:rPr>
        <w:t>☐  [Unit 2]</w:t>
      </w:r>
    </w:p>
    <w:p>
      <w:pPr>
        <w:spacing w:after="40"/>
        <w:ind w:left="340"/>
      </w:pPr>
      <w:r>
        <w:rPr>
          <w:b w:val="0"/>
        </w:rPr>
        <w:t>☐  [Unit 3]</w:t>
      </w:r>
    </w:p>
    <w:p>
      <w:pPr>
        <w:spacing w:after="40"/>
        <w:ind w:left="340"/>
      </w:pPr>
      <w:r>
        <w:rPr>
          <w:b w:val="0"/>
        </w:rPr>
        <w:t>☐  Other: ____________</w:t>
      </w:r>
    </w:p>
    <w:p>
      <w:r>
        <w:rPr>
          <w:b/>
        </w:rPr>
        <w:t>A2. What is your role level?</w:t>
      </w:r>
    </w:p>
    <w:p>
      <w:pPr>
        <w:spacing w:after="40"/>
        <w:ind w:left="340"/>
      </w:pPr>
      <w:r>
        <w:rPr>
          <w:b w:val="0"/>
        </w:rPr>
        <w:t>☐  Senior management</w:t>
      </w:r>
    </w:p>
    <w:p>
      <w:pPr>
        <w:spacing w:after="40"/>
        <w:ind w:left="340"/>
      </w:pPr>
      <w:r>
        <w:rPr>
          <w:b w:val="0"/>
        </w:rPr>
        <w:t>☐  Middle management</w:t>
      </w:r>
    </w:p>
    <w:p>
      <w:pPr>
        <w:spacing w:after="40"/>
        <w:ind w:left="340"/>
      </w:pPr>
      <w:r>
        <w:rPr>
          <w:b w:val="0"/>
        </w:rPr>
        <w:t>☐  Specialist / employee</w:t>
      </w:r>
    </w:p>
    <w:p>
      <w:pPr>
        <w:spacing w:after="40"/>
        <w:ind w:left="340"/>
      </w:pPr>
      <w:r>
        <w:rPr>
          <w:b w:val="0"/>
        </w:rPr>
        <w:t>☐  Technical team (software, data, infrastructure)</w:t>
      </w:r>
    </w:p>
    <w:p>
      <w:pPr>
        <w:pStyle w:val="Heading1"/>
      </w:pPr>
      <w:r>
        <w:t>B. Current use</w:t>
      </w:r>
    </w:p>
    <w:p>
      <w:r>
        <w:rPr>
          <w:b/>
        </w:rPr>
        <w:t>B1. How often do you use AI tools (ChatGPT, Copilot, Gemini, Claude, etc.) for work?</w:t>
      </w:r>
    </w:p>
    <w:p>
      <w:pPr>
        <w:spacing w:after="40"/>
        <w:ind w:left="340"/>
      </w:pPr>
      <w:r>
        <w:rPr>
          <w:b w:val="0"/>
        </w:rPr>
        <w:t>☐  I have never used them</w:t>
      </w:r>
    </w:p>
    <w:p>
      <w:pPr>
        <w:spacing w:after="40"/>
        <w:ind w:left="340"/>
      </w:pPr>
      <w:r>
        <w:rPr>
          <w:b w:val="0"/>
        </w:rPr>
        <w:t>☐  I have tried them a few times</w:t>
      </w:r>
    </w:p>
    <w:p>
      <w:pPr>
        <w:spacing w:after="40"/>
        <w:ind w:left="340"/>
      </w:pPr>
      <w:r>
        <w:rPr>
          <w:b w:val="0"/>
        </w:rPr>
        <w:t>☐  A few times a week</w:t>
      </w:r>
    </w:p>
    <w:p>
      <w:pPr>
        <w:spacing w:after="40"/>
        <w:ind w:left="340"/>
      </w:pPr>
      <w:r>
        <w:rPr>
          <w:b w:val="0"/>
        </w:rPr>
        <w:t>☐  Every day</w:t>
      </w:r>
    </w:p>
    <w:p>
      <w:r>
        <w:rPr>
          <w:b/>
        </w:rPr>
        <w:t>B2. Which accounts do you use these tools with?</w:t>
      </w:r>
      <w:r>
        <w:rPr>
          <w:b w:val="0"/>
        </w:rPr>
        <w:t xml:space="preserve"> (You may choose more than one)</w:t>
      </w:r>
    </w:p>
    <w:p>
      <w:pPr>
        <w:spacing w:after="40"/>
        <w:ind w:left="340"/>
      </w:pPr>
      <w:r>
        <w:rPr>
          <w:b w:val="0"/>
        </w:rPr>
        <w:t>☐  An account or tool provided by the organisation</w:t>
      </w:r>
    </w:p>
    <w:p>
      <w:pPr>
        <w:spacing w:after="40"/>
        <w:ind w:left="340"/>
      </w:pPr>
      <w:r>
        <w:rPr>
          <w:b w:val="0"/>
        </w:rPr>
        <w:t>☐  A free personal account</w:t>
      </w:r>
    </w:p>
    <w:p>
      <w:pPr>
        <w:spacing w:after="40"/>
        <w:ind w:left="340"/>
      </w:pPr>
      <w:r>
        <w:rPr>
          <w:b w:val="0"/>
        </w:rPr>
        <w:t>☐  A paid personal account</w:t>
      </w:r>
    </w:p>
    <w:p>
      <w:pPr>
        <w:spacing w:after="40"/>
        <w:ind w:left="340"/>
      </w:pPr>
      <w:r>
        <w:rPr>
          <w:b w:val="0"/>
        </w:rPr>
        <w:t>☐  I don't use them</w:t>
      </w:r>
    </w:p>
    <w:p>
      <w:r>
        <w:rPr>
          <w:b/>
        </w:rPr>
        <w:t>B3. What do you use AI for?</w:t>
      </w:r>
      <w:r>
        <w:rPr>
          <w:b w:val="0"/>
        </w:rPr>
        <w:t xml:space="preserve"> (You may choose more than one)</w:t>
      </w:r>
    </w:p>
    <w:p>
      <w:pPr>
        <w:spacing w:after="40"/>
        <w:ind w:left="340"/>
      </w:pPr>
      <w:r>
        <w:rPr>
          <w:b w:val="0"/>
        </w:rPr>
        <w:t>☐  Drafting emails and correspondence</w:t>
      </w:r>
    </w:p>
    <w:p>
      <w:pPr>
        <w:spacing w:after="40"/>
        <w:ind w:left="340"/>
      </w:pPr>
      <w:r>
        <w:rPr>
          <w:b w:val="0"/>
        </w:rPr>
        <w:t>☐  Summarising documents or meeting notes</w:t>
      </w:r>
    </w:p>
    <w:p>
      <w:pPr>
        <w:spacing w:after="40"/>
        <w:ind w:left="340"/>
      </w:pPr>
      <w:r>
        <w:rPr>
          <w:b w:val="0"/>
        </w:rPr>
        <w:t>☐  Preparing reports, presentations or content</w:t>
      </w:r>
    </w:p>
    <w:p>
      <w:pPr>
        <w:spacing w:after="40"/>
        <w:ind w:left="340"/>
      </w:pPr>
      <w:r>
        <w:rPr>
          <w:b w:val="0"/>
        </w:rPr>
        <w:t>☐  Data analysis and spreadsheet work</w:t>
      </w:r>
    </w:p>
    <w:p>
      <w:pPr>
        <w:spacing w:after="40"/>
        <w:ind w:left="340"/>
      </w:pPr>
      <w:r>
        <w:rPr>
          <w:b w:val="0"/>
        </w:rPr>
        <w:t>☐  Translation</w:t>
      </w:r>
    </w:p>
    <w:p>
      <w:pPr>
        <w:spacing w:after="40"/>
        <w:ind w:left="340"/>
      </w:pPr>
      <w:r>
        <w:rPr>
          <w:b w:val="0"/>
        </w:rPr>
        <w:t>☐  Research and finding information</w:t>
      </w:r>
    </w:p>
    <w:p>
      <w:pPr>
        <w:spacing w:after="40"/>
        <w:ind w:left="340"/>
      </w:pPr>
      <w:r>
        <w:rPr>
          <w:b w:val="0"/>
        </w:rPr>
        <w:t>☐  Writing or reviewing code</w:t>
      </w:r>
    </w:p>
    <w:p>
      <w:pPr>
        <w:spacing w:after="40"/>
        <w:ind w:left="340"/>
      </w:pPr>
      <w:r>
        <w:rPr>
          <w:b w:val="0"/>
        </w:rPr>
        <w:t>☐  I don't use it</w:t>
      </w:r>
    </w:p>
    <w:p>
      <w:pPr>
        <w:spacing w:after="40"/>
        <w:ind w:left="340"/>
      </w:pPr>
      <w:r>
        <w:rPr>
          <w:b w:val="0"/>
        </w:rPr>
        <w:t>☐  Other: ____________</w:t>
      </w:r>
    </w:p>
    <w:p>
      <w:pPr>
        <w:pStyle w:val="Heading1"/>
      </w:pPr>
      <w:r>
        <w:t>C. Knowledge and skills</w:t>
      </w:r>
    </w:p>
    <w:p>
      <w:r>
        <w:rPr>
          <w:b w:val="0"/>
        </w:rPr>
        <w:t>For each question, choose the statement that fits you best.</w:t>
      </w:r>
    </w:p>
    <w:p>
      <w:r>
        <w:rPr>
          <w:b/>
        </w:rPr>
        <w:t>C1. What do you usually do when writing instructions (prompts) for AI?</w:t>
      </w:r>
    </w:p>
    <w:p>
      <w:pPr>
        <w:spacing w:after="40"/>
        <w:ind w:left="340"/>
      </w:pPr>
      <w:r>
        <w:rPr>
          <w:b w:val="0"/>
        </w:rPr>
        <w:t>☐  I haven't tried yet</w:t>
      </w:r>
    </w:p>
    <w:p>
      <w:pPr>
        <w:spacing w:after="40"/>
        <w:ind w:left="340"/>
      </w:pPr>
      <w:r>
        <w:rPr>
          <w:b w:val="0"/>
        </w:rPr>
        <w:t>☐  I write a short question and give up if the result isn't what I expected</w:t>
      </w:r>
    </w:p>
    <w:p>
      <w:pPr>
        <w:spacing w:after="40"/>
        <w:ind w:left="340"/>
      </w:pPr>
      <w:r>
        <w:rPr>
          <w:b w:val="0"/>
        </w:rPr>
        <w:t>☐  I give context and the format I want, and improve the answer with feedback</w:t>
      </w:r>
    </w:p>
    <w:p>
      <w:pPr>
        <w:spacing w:after="40"/>
        <w:ind w:left="340"/>
      </w:pPr>
      <w:r>
        <w:rPr>
          <w:b w:val="0"/>
        </w:rPr>
        <w:t>☐  I write structured instructions with a role, context, examples and limits, and share the ones that work with my team</w:t>
      </w:r>
    </w:p>
    <w:p>
      <w:r>
        <w:rPr>
          <w:b/>
        </w:rPr>
        <w:t>C2. What do you do before putting information or a figure from AI into a report?</w:t>
      </w:r>
    </w:p>
    <w:p>
      <w:pPr>
        <w:spacing w:after="40"/>
        <w:ind w:left="340"/>
      </w:pPr>
      <w:r>
        <w:rPr>
          <w:b w:val="0"/>
        </w:rPr>
        <w:t>☐  I don't use AI output for work</w:t>
      </w:r>
    </w:p>
    <w:p>
      <w:pPr>
        <w:spacing w:after="40"/>
        <w:ind w:left="340"/>
      </w:pPr>
      <w:r>
        <w:rPr>
          <w:b w:val="0"/>
        </w:rPr>
        <w:t>☐  I usually use it as it is</w:t>
      </w:r>
    </w:p>
    <w:p>
      <w:pPr>
        <w:spacing w:after="40"/>
        <w:ind w:left="340"/>
      </w:pPr>
      <w:r>
        <w:rPr>
          <w:b w:val="0"/>
        </w:rPr>
        <w:t>☐  I check the parts that seem odd to me</w:t>
      </w:r>
    </w:p>
    <w:p>
      <w:pPr>
        <w:spacing w:after="40"/>
        <w:ind w:left="340"/>
      </w:pPr>
      <w:r>
        <w:rPr>
          <w:b w:val="0"/>
        </w:rPr>
        <w:t>☐  I always verify figures, names, dates and sources against primary sources</w:t>
      </w:r>
    </w:p>
    <w:p>
      <w:r>
        <w:rPr>
          <w:b/>
        </w:rPr>
        <w:t>C3. How well can you judge where AI will and won't help in your work?</w:t>
      </w:r>
    </w:p>
    <w:p>
      <w:pPr>
        <w:spacing w:after="40"/>
        <w:ind w:left="340"/>
      </w:pPr>
      <w:r>
        <w:rPr>
          <w:b w:val="0"/>
        </w:rPr>
        <w:t>☐  I have no idea</w:t>
      </w:r>
    </w:p>
    <w:p>
      <w:pPr>
        <w:spacing w:after="40"/>
        <w:ind w:left="340"/>
      </w:pPr>
      <w:r>
        <w:rPr>
          <w:b w:val="0"/>
        </w:rPr>
        <w:t>☐  I have heard what it can do in general but can't apply it to my own work</w:t>
      </w:r>
    </w:p>
    <w:p>
      <w:pPr>
        <w:spacing w:after="40"/>
        <w:ind w:left="340"/>
      </w:pPr>
      <w:r>
        <w:rPr>
          <w:b w:val="0"/>
        </w:rPr>
        <w:t>☐  I know how to use it for a few of my tasks</w:t>
      </w:r>
    </w:p>
    <w:p>
      <w:pPr>
        <w:spacing w:after="40"/>
        <w:ind w:left="340"/>
      </w:pPr>
      <w:r>
        <w:rPr>
          <w:b w:val="0"/>
        </w:rPr>
        <w:t>☐  I can identify and propose tasks in my team's processes that AI could improve</w:t>
      </w:r>
    </w:p>
    <w:p>
      <w:r>
        <w:rPr>
          <w:b/>
        </w:rPr>
        <w:t>C4. What do you know about convincing but false information produced by AI (hallucination)?</w:t>
      </w:r>
    </w:p>
    <w:p>
      <w:pPr>
        <w:spacing w:after="40"/>
        <w:ind w:left="340"/>
      </w:pPr>
      <w:r>
        <w:rPr>
          <w:b w:val="0"/>
        </w:rPr>
        <w:t>☐  This is the first time I've heard of it</w:t>
      </w:r>
    </w:p>
    <w:p>
      <w:pPr>
        <w:spacing w:after="40"/>
        <w:ind w:left="340"/>
      </w:pPr>
      <w:r>
        <w:rPr>
          <w:b w:val="0"/>
        </w:rPr>
        <w:t>☐  I've heard of it but don't know why it happens</w:t>
      </w:r>
    </w:p>
    <w:p>
      <w:pPr>
        <w:spacing w:after="40"/>
        <w:ind w:left="340"/>
      </w:pPr>
      <w:r>
        <w:rPr>
          <w:b w:val="0"/>
        </w:rPr>
        <w:t>☐  I know why it happens and use AI carefully because of it</w:t>
      </w:r>
    </w:p>
    <w:p>
      <w:pPr>
        <w:spacing w:after="40"/>
        <w:ind w:left="340"/>
      </w:pPr>
      <w:r>
        <w:rPr>
          <w:b w:val="0"/>
        </w:rPr>
        <w:t>☐  I can apply methods that reduce the risk (asking for sources, verification, grounding answers in company documents)</w:t>
      </w:r>
    </w:p>
    <w:p>
      <w:pPr>
        <w:pStyle w:val="Heading1"/>
      </w:pPr>
      <w:r>
        <w:t>D. Risk awareness</w:t>
      </w:r>
    </w:p>
    <w:p>
      <w:r>
        <w:rPr>
          <w:b/>
        </w:rPr>
        <w:t>D1. You want AI to summarise a customer complaint email that contains the customer's name, phone number and account number. What do you do?</w:t>
      </w:r>
    </w:p>
    <w:p>
      <w:pPr>
        <w:spacing w:after="40"/>
        <w:ind w:left="340"/>
      </w:pPr>
      <w:r>
        <w:rPr>
          <w:b w:val="0"/>
        </w:rPr>
        <w:t>☐  Paste the email as it is into an AI tool on my personal account</w:t>
      </w:r>
    </w:p>
    <w:p>
      <w:pPr>
        <w:spacing w:after="40"/>
        <w:ind w:left="340"/>
      </w:pPr>
      <w:r>
        <w:rPr>
          <w:b w:val="0"/>
        </w:rPr>
        <w:t>☐  Remove the personal details and paste it into a tool on my personal account</w:t>
      </w:r>
    </w:p>
    <w:p>
      <w:pPr>
        <w:spacing w:after="40"/>
        <w:ind w:left="340"/>
      </w:pPr>
      <w:r>
        <w:rPr>
          <w:b w:val="0"/>
        </w:rPr>
        <w:t>☐  Use only a tool approved by the organisation, in line with the rules</w:t>
      </w:r>
    </w:p>
    <w:p>
      <w:pPr>
        <w:spacing w:after="40"/>
        <w:ind w:left="340"/>
      </w:pPr>
      <w:r>
        <w:rPr>
          <w:b w:val="0"/>
        </w:rPr>
        <w:t>☐  I'm not sure what I should do</w:t>
      </w:r>
    </w:p>
    <w:p>
      <w:r>
        <w:rPr>
          <w:b/>
        </w:rPr>
        <w:t>D2. What do you know about our organisation's rules on using AI tools?</w:t>
      </w:r>
    </w:p>
    <w:p>
      <w:pPr>
        <w:spacing w:after="40"/>
        <w:ind w:left="340"/>
      </w:pPr>
      <w:r>
        <w:rPr>
          <w:b w:val="0"/>
        </w:rPr>
        <w:t>☐  I didn't know there were such rules</w:t>
      </w:r>
    </w:p>
    <w:p>
      <w:pPr>
        <w:spacing w:after="40"/>
        <w:ind w:left="340"/>
      </w:pPr>
      <w:r>
        <w:rPr>
          <w:b w:val="0"/>
        </w:rPr>
        <w:t>☐  I know there are rules but not what they say</w:t>
      </w:r>
    </w:p>
    <w:p>
      <w:pPr>
        <w:spacing w:after="40"/>
        <w:ind w:left="340"/>
      </w:pPr>
      <w:r>
        <w:rPr>
          <w:b w:val="0"/>
        </w:rPr>
        <w:t>☐  I know the rules and follow them</w:t>
      </w:r>
    </w:p>
    <w:p>
      <w:pPr>
        <w:spacing w:after="40"/>
        <w:ind w:left="340"/>
      </w:pPr>
      <w:r>
        <w:rPr>
          <w:b w:val="0"/>
        </w:rPr>
        <w:t>☐  Our organisation doesn't have rules on this yet</w:t>
      </w:r>
    </w:p>
    <w:p>
      <w:r>
        <w:rPr>
          <w:b/>
        </w:rPr>
        <w:t>D3. How clearly do you know which information must not be entered into AI tools?</w:t>
      </w:r>
    </w:p>
    <w:p>
      <w:pPr>
        <w:spacing w:after="40"/>
        <w:ind w:left="340"/>
      </w:pPr>
      <w:r>
        <w:rPr>
          <w:b w:val="0"/>
        </w:rPr>
        <w:t>☐  I've never thought about it</w:t>
      </w:r>
    </w:p>
    <w:p>
      <w:pPr>
        <w:spacing w:after="40"/>
        <w:ind w:left="340"/>
      </w:pPr>
      <w:r>
        <w:rPr>
          <w:b w:val="0"/>
        </w:rPr>
        <w:t>☐  Roughly, but I'm not sure</w:t>
      </w:r>
    </w:p>
    <w:p>
      <w:pPr>
        <w:spacing w:after="40"/>
        <w:ind w:left="340"/>
      </w:pPr>
      <w:r>
        <w:rPr>
          <w:b w:val="0"/>
        </w:rPr>
        <w:t>☐  I know personal and confidential data must not go into unapproved tools</w:t>
      </w:r>
    </w:p>
    <w:p>
      <w:pPr>
        <w:spacing w:after="40"/>
        <w:ind w:left="340"/>
      </w:pPr>
      <w:r>
        <w:rPr>
          <w:b w:val="0"/>
        </w:rPr>
        <w:t>☐  I know which data class may go into which tool and could explain it to my team</w:t>
      </w:r>
    </w:p>
    <w:p>
      <w:pPr>
        <w:pStyle w:val="Heading1"/>
      </w:pPr>
      <w:r>
        <w:t>E. Needs and preferences</w:t>
      </w:r>
    </w:p>
    <w:p>
      <w:r>
        <w:rPr>
          <w:b/>
        </w:rPr>
        <w:t>E1. Which topics would you like training on?</w:t>
      </w:r>
      <w:r>
        <w:rPr>
          <w:b w:val="0"/>
        </w:rPr>
        <w:t xml:space="preserve"> (Choose up to 3)</w:t>
      </w:r>
    </w:p>
    <w:p>
      <w:pPr>
        <w:spacing w:after="40"/>
        <w:ind w:left="340"/>
      </w:pPr>
      <w:r>
        <w:rPr>
          <w:b w:val="0"/>
        </w:rPr>
        <w:t>☐  Core AI concepts and limits</w:t>
      </w:r>
    </w:p>
    <w:p>
      <w:pPr>
        <w:spacing w:after="40"/>
        <w:ind w:left="340"/>
      </w:pPr>
      <w:r>
        <w:rPr>
          <w:b w:val="0"/>
        </w:rPr>
        <w:t>☐  Using generative AI safely (data protection, confidential data)</w:t>
      </w:r>
    </w:p>
    <w:p>
      <w:pPr>
        <w:spacing w:after="40"/>
        <w:ind w:left="340"/>
      </w:pPr>
      <w:r>
        <w:rPr>
          <w:b w:val="0"/>
        </w:rPr>
        <w:t>☐  Prompting and productivity for my own work</w:t>
      </w:r>
    </w:p>
    <w:p>
      <w:pPr>
        <w:spacing w:after="40"/>
        <w:ind w:left="340"/>
      </w:pPr>
      <w:r>
        <w:rPr>
          <w:b w:val="0"/>
        </w:rPr>
        <w:t>☐  Data analysis and reporting with AI</w:t>
      </w:r>
    </w:p>
    <w:p>
      <w:pPr>
        <w:spacing w:after="40"/>
        <w:ind w:left="340"/>
      </w:pPr>
      <w:r>
        <w:rPr>
          <w:b w:val="0"/>
        </w:rPr>
        <w:t>☐  AI agents and process automation</w:t>
      </w:r>
    </w:p>
    <w:p>
      <w:pPr>
        <w:spacing w:after="40"/>
        <w:ind w:left="340"/>
      </w:pPr>
      <w:r>
        <w:rPr>
          <w:b w:val="0"/>
        </w:rPr>
        <w:t>☐  AI strategy and choosing use cases (for managers)</w:t>
      </w:r>
    </w:p>
    <w:p>
      <w:pPr>
        <w:spacing w:after="40"/>
        <w:ind w:left="340"/>
      </w:pPr>
      <w:r>
        <w:rPr>
          <w:b w:val="0"/>
        </w:rPr>
        <w:t>☐  Regulation and responsible AI</w:t>
      </w:r>
    </w:p>
    <w:p>
      <w:pPr>
        <w:spacing w:after="40"/>
        <w:ind w:left="340"/>
      </w:pPr>
      <w:r>
        <w:rPr>
          <w:b w:val="0"/>
        </w:rPr>
        <w:t>☐  Technical topics (data science, LLM applications, MLOps)</w:t>
      </w:r>
    </w:p>
    <w:p>
      <w:r>
        <w:rPr>
          <w:b/>
        </w:rPr>
        <w:t>E2. Which training format do you prefer?</w:t>
      </w:r>
    </w:p>
    <w:p>
      <w:pPr>
        <w:spacing w:after="40"/>
        <w:ind w:left="340"/>
      </w:pPr>
      <w:r>
        <w:rPr>
          <w:b w:val="0"/>
        </w:rPr>
        <w:t>☐  On-site</w:t>
      </w:r>
    </w:p>
    <w:p>
      <w:pPr>
        <w:spacing w:after="40"/>
        <w:ind w:left="340"/>
      </w:pPr>
      <w:r>
        <w:rPr>
          <w:b w:val="0"/>
        </w:rPr>
        <w:t>☐  Live online</w:t>
      </w:r>
    </w:p>
    <w:p>
      <w:pPr>
        <w:spacing w:after="40"/>
        <w:ind w:left="340"/>
      </w:pPr>
      <w:r>
        <w:rPr>
          <w:b w:val="0"/>
        </w:rPr>
        <w:t>☐  Blended (on-site and online)</w:t>
      </w:r>
    </w:p>
    <w:p>
      <w:pPr>
        <w:spacing w:after="40"/>
        <w:ind w:left="340"/>
      </w:pPr>
      <w:r>
        <w:rPr>
          <w:b w:val="0"/>
        </w:rPr>
        <w:t>☐  No preference</w:t>
      </w:r>
    </w:p>
    <w:p>
      <w:r>
        <w:rPr>
          <w:b/>
        </w:rPr>
        <w:t>E3. How much time could you set aside for a training session?</w:t>
      </w:r>
    </w:p>
    <w:p>
      <w:pPr>
        <w:spacing w:after="40"/>
        <w:ind w:left="340"/>
      </w:pPr>
      <w:r>
        <w:rPr>
          <w:b w:val="0"/>
        </w:rPr>
        <w:t>☐  A single 2–3 hour session</w:t>
      </w:r>
    </w:p>
    <w:p>
      <w:pPr>
        <w:spacing w:after="40"/>
        <w:ind w:left="340"/>
      </w:pPr>
      <w:r>
        <w:rPr>
          <w:b w:val="0"/>
        </w:rPr>
        <w:t>☐  Half a day</w:t>
      </w:r>
    </w:p>
    <w:p>
      <w:pPr>
        <w:spacing w:after="40"/>
        <w:ind w:left="340"/>
      </w:pPr>
      <w:r>
        <w:rPr>
          <w:b w:val="0"/>
        </w:rPr>
        <w:t>☐  One day</w:t>
      </w:r>
    </w:p>
    <w:p>
      <w:pPr>
        <w:spacing w:after="40"/>
        <w:ind w:left="340"/>
      </w:pPr>
      <w:r>
        <w:rPr>
          <w:b w:val="0"/>
        </w:rPr>
        <w:t>☐  Short sessions spread over several weeks</w:t>
      </w:r>
    </w:p>
    <w:p>
      <w:r>
        <w:rPr>
          <w:b/>
        </w:rPr>
        <w:t>E4. Which task would you most like AI to make easier?</w:t>
      </w:r>
    </w:p>
    <w:p>
      <w:r>
        <w:rPr>
          <w:b w:val="0"/>
        </w:rPr>
        <w:t>____________________________________________</w:t>
      </w:r>
    </w:p>
    <w:p>
      <w:r>
        <w:rPr>
          <w:b/>
        </w:rPr>
        <w:t>E5. Is there anything else you would like to add?</w:t>
      </w:r>
    </w:p>
    <w:p>
      <w:r>
        <w:rPr>
          <w:b w:val="0"/>
        </w:rPr>
        <w:t>____________________________________________</w:t>
      </w:r>
    </w:p>
    <w:p>
      <w:r>
        <w:rPr>
          <w:b w:val="0"/>
        </w:rPr>
        <w:t>Thank you for taking part.</w:t>
      </w:r>
    </w:p>
    <w:sectPr w:rsidR="00FC693F" w:rsidRPr="0006063C" w:rsidSect="00034616">
      <w:footerReference w:type="default" r:id="rId9"/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A8C"/>
        <w:sz w:val="16"/>
      </w:rPr>
      <w:t>MLTeam · mlinfrasdteam.com · Free template — adapt it to your organisation.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Training Needs Analysis Survey</dc:title>
  <dc:subject/>
  <dc:creator>MLTeam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